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40"/>
        <w:gridCol w:w="3024"/>
      </w:tblGrid>
      <w:tr>
        <w:tc>
          <w:tcPr>
            <w:tcW w:type="dxa" w:w="5083"/>
            <w:shd w:fill="F4F0E7"/>
            <w:tcMar>
              <w:top w:w="160" w:type="dxa"/>
              <w:start w:w="180" w:type="dxa"/>
              <w:bottom w:w="140" w:type="dxa"/>
              <w:end w:w="180" w:type="dxa"/>
            </w:tcMar>
            <w:tcBorders>
              <w:top w:val="single" w:sz="0" w:color="F4F0E7"/>
              <w:left w:val="single" w:sz="0" w:color="F4F0E7"/>
              <w:bottom w:val="single" w:sz="0" w:color="F4F0E7"/>
              <w:right w:val="single" w:sz="0" w:color="F4F0E7"/>
              <w:insideH w:val="single" w:sz="0" w:color="F4F0E7"/>
              <w:insideV w:val="single" w:sz="0" w:color="F4F0E7"/>
            </w:tcBorders>
          </w:tcPr>
          <w:p>
            <w:pPr>
              <w:spacing w:after="40"/>
            </w:pPr>
            <w:r>
              <w:rPr>
                <w:rFonts w:ascii="Aptos Display" w:hAnsi="Aptos Display"/>
                <w:b/>
                <w:color w:val="29332A"/>
                <w:sz w:val="44"/>
              </w:rPr>
              <w:t>WEDDING PET CARE</w:t>
            </w:r>
          </w:p>
          <w:p>
            <w:pPr>
              <w:spacing w:after="0"/>
            </w:pPr>
            <w:r>
              <w:rPr>
                <w:i/>
                <w:color w:val="5F725C"/>
                <w:sz w:val="24"/>
              </w:rPr>
              <w:t>Service Request Sheet</w:t>
            </w:r>
          </w:p>
        </w:tc>
        <w:tc>
          <w:tcPr>
            <w:tcW w:type="dxa" w:w="5083"/>
            <w:shd w:fill="F4F0E7"/>
            <w:tcMar>
              <w:top w:w="160" w:type="dxa"/>
              <w:start w:w="180" w:type="dxa"/>
              <w:bottom w:w="140" w:type="dxa"/>
              <w:end w:w="180" w:type="dxa"/>
            </w:tcMar>
            <w:tcBorders>
              <w:top w:val="single" w:sz="0" w:color="F4F0E7"/>
              <w:left w:val="single" w:sz="0" w:color="F4F0E7"/>
              <w:bottom w:val="single" w:sz="0" w:color="F4F0E7"/>
              <w:right w:val="single" w:sz="0" w:color="F4F0E7"/>
              <w:insideH w:val="single" w:sz="0" w:color="F4F0E7"/>
              <w:insideV w:val="single" w:sz="0" w:color="F4F0E7"/>
            </w:tcBorders>
          </w:tcPr>
          <w:p>
            <w:pPr>
              <w:spacing w:after="40"/>
              <w:jc w:val="right"/>
            </w:pPr>
            <w:r>
              <w:rPr>
                <w:b/>
                <w:sz w:val="20"/>
              </w:rPr>
              <w:t>Amanda Miller</w:t>
            </w:r>
          </w:p>
          <w:p>
            <w:pPr>
              <w:spacing w:after="0"/>
              <w:jc w:val="right"/>
            </w:pPr>
            <w:r>
              <w:rPr>
                <w:color w:val="626B62"/>
                <w:sz w:val="17"/>
              </w:rPr>
              <w:t>720-771-0849</w:t>
            </w:r>
          </w:p>
          <w:p>
            <w:pPr>
              <w:spacing w:after="0"/>
              <w:jc w:val="right"/>
            </w:pPr>
            <w:r>
              <w:rPr>
                <w:color w:val="626B62"/>
                <w:sz w:val="17"/>
              </w:rPr>
              <w:t>amandamillerco@gmail.com</w:t>
            </w:r>
          </w:p>
          <w:p>
            <w:pPr>
              <w:spacing w:after="0"/>
              <w:jc w:val="right"/>
            </w:pPr>
            <w:r>
              <w:rPr>
                <w:color w:val="626B62"/>
                <w:sz w:val="17"/>
              </w:rPr>
              <w:t>fvpetattendant.com</w:t>
            </w:r>
          </w:p>
        </w:tc>
      </w:tr>
    </w:tbl>
    <w:p>
      <w:pPr>
        <w:spacing w:before="120" w:after="60"/>
      </w:pPr>
      <w:r>
        <w:rPr>
          <w:color w:val="626B62"/>
          <w:sz w:val="19"/>
        </w:rPr>
        <w:t>Please complete as much as possible. These details help me create a safe, personalized plan for your dog and wedding day.</w:t>
      </w:r>
    </w:p>
    <w:p>
      <w:pPr>
        <w:pStyle w:val="Heading1"/>
        <w:keepNext/>
      </w:pPr>
      <w:r>
        <w:t>COUPLE &amp; CONTACT INFORMATION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Partner 1: ______________________________</w:t>
            </w:r>
          </w:p>
        </w:tc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Partner 2: 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Primary phone: _________________________</w:t>
            </w:r>
          </w:p>
        </w:tc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Email: 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Wedding date: _________________________</w:t>
            </w:r>
          </w:p>
        </w:tc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Preferred contact method: 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Planner/coordinator: ___________________</w:t>
            </w:r>
          </w:p>
        </w:tc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Planner phone/email: _________________</w:t>
            </w:r>
          </w:p>
        </w:tc>
      </w:tr>
    </w:tbl>
    <w:p>
      <w:pPr>
        <w:pStyle w:val="Heading1"/>
        <w:keepNext/>
      </w:pPr>
      <w:r>
        <w:t>WEDDING DETAILS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Venue: __________________________________</w:t>
            </w:r>
          </w:p>
        </w:tc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Venue address: 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Ceremony time: ______________________</w:t>
            </w:r>
          </w:p>
        </w:tc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Reception time: 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Expected guest count: ________________</w:t>
            </w:r>
          </w:p>
        </w:tc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Indoor / outdoor / both: ______________</w:t>
            </w:r>
          </w:p>
        </w:tc>
      </w:tr>
    </w:tbl>
    <w:p>
      <w:r>
        <w:rPr>
          <w:sz w:val="18"/>
        </w:rPr>
        <w:t>Where will your dog be picked up and returned: _______________________________________________________</w:t>
      </w:r>
    </w:p>
    <w:p>
      <w:pPr>
        <w:pStyle w:val="Heading1"/>
        <w:keepNext/>
      </w:pPr>
      <w:r>
        <w:t>SERVICES REQUESTED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9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  <w:vAlign w:val="center"/>
          </w:tcPr>
          <w:p>
            <w:pPr>
              <w:spacing w:after="0"/>
            </w:pPr>
            <w:r>
              <w:rPr>
                <w:sz w:val="18"/>
              </w:rPr>
              <w:t>☐  The Welsh Corgi | 3 hours | $400</w:t>
            </w:r>
          </w:p>
        </w:tc>
        <w:tc>
          <w:tcPr>
            <w:tcW w:type="dxa" w:w="49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  <w:vAlign w:val="center"/>
          </w:tcPr>
          <w:p>
            <w:pPr>
              <w:spacing w:after="0"/>
            </w:pPr>
            <w:r>
              <w:rPr>
                <w:sz w:val="18"/>
              </w:rPr>
              <w:t>☐  The Cattle Dog | 4 hours | $500</w:t>
            </w:r>
          </w:p>
        </w:tc>
      </w:tr>
      <w:tr>
        <w:tc>
          <w:tcPr>
            <w:tcW w:type="dxa" w:w="49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  <w:vAlign w:val="center"/>
          </w:tcPr>
          <w:p>
            <w:pPr>
              <w:spacing w:after="0"/>
            </w:pPr>
            <w:r>
              <w:rPr>
                <w:sz w:val="18"/>
              </w:rPr>
              <w:t>☐  The Great Pyrenees | 6 hours | $600</w:t>
            </w:r>
          </w:p>
        </w:tc>
        <w:tc>
          <w:tcPr>
            <w:tcW w:type="dxa" w:w="49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  <w:vAlign w:val="center"/>
          </w:tcPr>
          <w:p>
            <w:pPr>
              <w:spacing w:after="0"/>
            </w:pPr>
            <w:r>
              <w:rPr>
                <w:sz w:val="18"/>
              </w:rPr>
              <w:t>☐  Rehearsal Dinner Pet Care | from $150</w:t>
            </w:r>
          </w:p>
        </w:tc>
      </w:tr>
      <w:tr>
        <w:tc>
          <w:tcPr>
            <w:tcW w:type="dxa" w:w="49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  <w:vAlign w:val="center"/>
          </w:tcPr>
          <w:p>
            <w:pPr>
              <w:spacing w:after="0"/>
            </w:pPr>
            <w:r>
              <w:rPr>
                <w:sz w:val="18"/>
              </w:rPr>
              <w:t>☐  Wedding Night Pet Care | from $85</w:t>
            </w:r>
          </w:p>
        </w:tc>
        <w:tc>
          <w:tcPr>
            <w:tcW w:type="dxa" w:w="49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  <w:vAlign w:val="center"/>
          </w:tcPr>
          <w:p>
            <w:pPr>
              <w:spacing w:after="0"/>
            </w:pPr>
            <w:r>
              <w:rPr>
                <w:sz w:val="18"/>
              </w:rPr>
              <w:t>☐  Additional dog | $50</w:t>
            </w:r>
          </w:p>
        </w:tc>
      </w:tr>
      <w:tr>
        <w:tc>
          <w:tcPr>
            <w:tcW w:type="dxa" w:w="49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  <w:vAlign w:val="center"/>
          </w:tcPr>
          <w:p>
            <w:pPr>
              <w:spacing w:after="0"/>
            </w:pPr>
            <w:r>
              <w:rPr>
                <w:sz w:val="18"/>
              </w:rPr>
              <w:t>☐  Custom request</w:t>
            </w:r>
          </w:p>
        </w:tc>
        <w:tc>
          <w:tcPr>
            <w:tcW w:type="dxa" w:w="4925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  <w:vAlign w:val="center"/>
          </w:tcPr>
          <w:p>
            <w:pPr>
              <w:spacing w:after="0"/>
            </w:pPr>
            <w:r>
              <w:rPr>
                <w:sz w:val="18"/>
              </w:rPr>
              <w:t>☐  Not sure, please recommend</w:t>
            </w:r>
          </w:p>
        </w:tc>
      </w:tr>
    </w:tbl>
    <w:p>
      <w:pPr>
        <w:spacing w:before="80" w:after="20"/>
      </w:pPr>
      <w:r>
        <w:rPr>
          <w:b/>
          <w:sz w:val="18"/>
        </w:rPr>
        <w:t>Requested services or special ideas:</w:t>
      </w:r>
    </w:p>
    <w:p>
      <w:pPr>
        <w:spacing w:after="40" w:line="216" w:lineRule="auto"/>
      </w:pPr>
      <w:r>
        <w:rPr>
          <w:color w:val="D8C8AD"/>
        </w:rPr>
        <w:t>____________________________________________________________________________________________________________</w:t>
      </w:r>
    </w:p>
    <w:p>
      <w:pPr>
        <w:spacing w:after="40" w:line="216" w:lineRule="auto"/>
      </w:pPr>
      <w:r>
        <w:rPr>
          <w:color w:val="D8C8AD"/>
        </w:rPr>
        <w:t>____________________________________________________________________________________________________________</w:t>
      </w:r>
    </w:p>
    <w:p>
      <w:r>
        <w:br w:type="page"/>
      </w:r>
    </w:p>
    <w:p>
      <w:pPr>
        <w:pStyle w:val="Heading1"/>
        <w:keepNext/>
      </w:pPr>
      <w:r>
        <w:t>DOG PROFILE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Dog's name: ___________________________</w:t>
            </w:r>
          </w:p>
        </w:tc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Breed / mix: 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Age: ___________________________________</w:t>
            </w:r>
          </w:p>
        </w:tc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Weight: 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Sex: ___________________________________</w:t>
            </w:r>
          </w:p>
        </w:tc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Spayed/neutered:  ☐ Yes   ☐ No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Veterinarian: ________________________</w:t>
            </w:r>
          </w:p>
        </w:tc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Veterinarian phone: 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Emergency contact: ___________________</w:t>
            </w:r>
          </w:p>
        </w:tc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Emergency phone: _____________________</w:t>
            </w:r>
          </w:p>
        </w:tc>
      </w:tr>
    </w:tbl>
    <w:p>
      <w:pPr>
        <w:pStyle w:val="Heading2"/>
      </w:pPr>
      <w:r>
        <w:t>Temperament and comfort level</w:t>
      </w:r>
    </w:p>
    <w:p>
      <w:pPr>
        <w:spacing w:after="40"/>
        <w:ind w:left="115"/>
      </w:pPr>
      <w:r>
        <w:rPr>
          <w:sz w:val="19"/>
        </w:rPr>
        <w:t>☐  Friendly with unfamiliar adults     ☐ Yes   ☐ No   ☐ Unsure</w:t>
      </w:r>
    </w:p>
    <w:p>
      <w:pPr>
        <w:spacing w:after="40"/>
        <w:ind w:left="115"/>
      </w:pPr>
      <w:r>
        <w:rPr>
          <w:sz w:val="19"/>
        </w:rPr>
        <w:t>☐  Comfortable around children     ☐ Yes   ☐ No   ☐ Unsure</w:t>
      </w:r>
    </w:p>
    <w:p>
      <w:pPr>
        <w:spacing w:after="40"/>
        <w:ind w:left="115"/>
      </w:pPr>
      <w:r>
        <w:rPr>
          <w:sz w:val="19"/>
        </w:rPr>
        <w:t>☐  Comfortable around other dogs     ☐ Yes   ☐ No   ☐ Unsure</w:t>
      </w:r>
    </w:p>
    <w:p>
      <w:pPr>
        <w:spacing w:after="40"/>
        <w:ind w:left="115"/>
      </w:pPr>
      <w:r>
        <w:rPr>
          <w:sz w:val="19"/>
        </w:rPr>
        <w:t>☐  Comfortable in crowds and around loud music     ☐ Yes   ☐ No   ☐ Unsure</w:t>
      </w:r>
    </w:p>
    <w:p>
      <w:pPr>
        <w:spacing w:after="40"/>
        <w:ind w:left="115"/>
      </w:pPr>
      <w:r>
        <w:rPr>
          <w:sz w:val="19"/>
        </w:rPr>
        <w:t>☐  Comfortable riding in a vehicle     ☐ Yes   ☐ No   ☐ Unsure</w:t>
      </w:r>
    </w:p>
    <w:p>
      <w:pPr>
        <w:spacing w:before="60" w:after="20"/>
      </w:pPr>
      <w:r>
        <w:rPr>
          <w:b/>
          <w:sz w:val="18"/>
        </w:rPr>
        <w:t>Please describe any fears, triggers, reactivity, bite history, escape behavior, guarding, or handling concerns:</w:t>
      </w:r>
    </w:p>
    <w:p>
      <w:pPr>
        <w:spacing w:after="40" w:line="216" w:lineRule="auto"/>
      </w:pPr>
      <w:r>
        <w:rPr>
          <w:color w:val="D8C8AD"/>
        </w:rPr>
        <w:t>____________________________________________________________________________________________________________</w:t>
      </w:r>
    </w:p>
    <w:p>
      <w:pPr>
        <w:spacing w:after="40" w:line="216" w:lineRule="auto"/>
      </w:pPr>
      <w:r>
        <w:rPr>
          <w:color w:val="D8C8AD"/>
        </w:rPr>
        <w:t>____________________________________________________________________________________________________________</w:t>
      </w:r>
    </w:p>
    <w:p>
      <w:pPr>
        <w:spacing w:after="40" w:line="216" w:lineRule="auto"/>
      </w:pPr>
      <w:r>
        <w:rPr>
          <w:color w:val="D8C8AD"/>
        </w:rPr>
        <w:t>____________________________________________________________________________________________________________</w:t>
      </w:r>
    </w:p>
    <w:p>
      <w:pPr>
        <w:pStyle w:val="Heading1"/>
        <w:keepNext/>
      </w:pPr>
      <w:r>
        <w:t>CARE INSTRUCTIONS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Meal time/amount: ____________________</w:t>
            </w:r>
          </w:p>
        </w:tc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Treat instructions: 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Potty routine: ________________________</w:t>
            </w:r>
          </w:p>
        </w:tc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Exercise limits: ______________________</w:t>
            </w:r>
          </w:p>
        </w:tc>
      </w:tr>
    </w:tbl>
    <w:p>
      <w:r>
        <w:rPr>
          <w:sz w:val="18"/>
        </w:rPr>
        <w:t>Medications or medical conditions: ______________________________________________________________</w:t>
      </w:r>
    </w:p>
    <w:p>
      <w:r>
        <w:rPr>
          <w:sz w:val="18"/>
        </w:rPr>
        <w:t>Commands, cues, or calming techniques that work best: ________________________________________________</w:t>
      </w:r>
    </w:p>
    <w:p>
      <w:r>
        <w:rPr>
          <w:sz w:val="18"/>
        </w:rPr>
        <w:t>Allergies or food restrictions: _________________________________________________________________</w:t>
      </w:r>
    </w:p>
    <w:p>
      <w:pPr>
        <w:pStyle w:val="Heading1"/>
        <w:keepNext/>
      </w:pPr>
      <w:r>
        <w:t>WEDDING DAY ROLE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925"/>
            <w:tcMar>
              <w:top w:w="60" w:type="dxa"/>
              <w:start w:w="110" w:type="dxa"/>
              <w:bottom w:w="6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pPr>
              <w:spacing w:after="0"/>
            </w:pPr>
            <w:r>
              <w:rPr>
                <w:sz w:val="18"/>
              </w:rPr>
              <w:t>☐  Pet chauffeur</w:t>
            </w:r>
          </w:p>
        </w:tc>
        <w:tc>
          <w:tcPr>
            <w:tcW w:type="dxa" w:w="4925"/>
            <w:tcMar>
              <w:top w:w="60" w:type="dxa"/>
              <w:start w:w="110" w:type="dxa"/>
              <w:bottom w:w="6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pPr>
              <w:spacing w:after="0"/>
            </w:pPr>
            <w:r>
              <w:rPr>
                <w:sz w:val="18"/>
              </w:rPr>
              <w:t>☐  Aisle escort</w:t>
            </w:r>
          </w:p>
        </w:tc>
      </w:tr>
      <w:tr>
        <w:tc>
          <w:tcPr>
            <w:tcW w:type="dxa" w:w="4925"/>
            <w:tcMar>
              <w:top w:w="60" w:type="dxa"/>
              <w:start w:w="110" w:type="dxa"/>
              <w:bottom w:w="6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pPr>
              <w:spacing w:after="0"/>
            </w:pPr>
            <w:r>
              <w:rPr>
                <w:sz w:val="18"/>
              </w:rPr>
              <w:t>☐  Photo assistance</w:t>
            </w:r>
          </w:p>
        </w:tc>
        <w:tc>
          <w:tcPr>
            <w:tcW w:type="dxa" w:w="4925"/>
            <w:tcMar>
              <w:top w:w="60" w:type="dxa"/>
              <w:start w:w="110" w:type="dxa"/>
              <w:bottom w:w="6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pPr>
              <w:spacing w:after="0"/>
            </w:pPr>
            <w:r>
              <w:rPr>
                <w:sz w:val="18"/>
              </w:rPr>
              <w:t>☐  Reception supervision</w:t>
            </w:r>
          </w:p>
        </w:tc>
      </w:tr>
      <w:tr>
        <w:tc>
          <w:tcPr>
            <w:tcW w:type="dxa" w:w="4925"/>
            <w:tcMar>
              <w:top w:w="60" w:type="dxa"/>
              <w:start w:w="110" w:type="dxa"/>
              <w:bottom w:w="6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pPr>
              <w:spacing w:after="0"/>
            </w:pPr>
            <w:r>
              <w:rPr>
                <w:sz w:val="18"/>
              </w:rPr>
              <w:t>☐  Styling/accessory help</w:t>
            </w:r>
          </w:p>
        </w:tc>
        <w:tc>
          <w:tcPr>
            <w:tcW w:type="dxa" w:w="4925"/>
            <w:tcMar>
              <w:top w:w="60" w:type="dxa"/>
              <w:start w:w="110" w:type="dxa"/>
              <w:bottom w:w="6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pPr>
              <w:spacing w:after="0"/>
            </w:pPr>
            <w:r>
              <w:rPr>
                <w:sz w:val="18"/>
              </w:rPr>
              <w:t>☐  General care away from guests</w:t>
            </w:r>
          </w:p>
        </w:tc>
      </w:tr>
    </w:tbl>
    <w:p>
      <w:pPr>
        <w:spacing w:before="80" w:after="20"/>
      </w:pPr>
      <w:r>
        <w:rPr>
          <w:b/>
          <w:sz w:val="18"/>
        </w:rPr>
        <w:t>Describe exactly how you would like your dog included in the ceremony, photos, or reception:</w:t>
      </w:r>
    </w:p>
    <w:p>
      <w:pPr>
        <w:spacing w:after="40" w:line="216" w:lineRule="auto"/>
      </w:pPr>
      <w:r>
        <w:rPr>
          <w:color w:val="D8C8AD"/>
        </w:rPr>
        <w:t>____________________________________________________________________________________________________________</w:t>
      </w:r>
    </w:p>
    <w:p>
      <w:pPr>
        <w:spacing w:after="40" w:line="216" w:lineRule="auto"/>
      </w:pPr>
      <w:r>
        <w:rPr>
          <w:color w:val="D8C8AD"/>
        </w:rPr>
        <w:t>____________________________________________________________________________________________________________</w:t>
      </w:r>
    </w:p>
    <w:p>
      <w:pPr>
        <w:spacing w:after="40" w:line="216" w:lineRule="auto"/>
      </w:pPr>
      <w:r>
        <w:rPr>
          <w:color w:val="D8C8AD"/>
        </w:rPr>
        <w:t>____________________________________________________________________________________________________________</w:t>
      </w:r>
    </w:p>
    <w:p>
      <w:r>
        <w:br w:type="page"/>
      </w:r>
    </w:p>
    <w:p>
      <w:pPr>
        <w:pStyle w:val="Heading1"/>
        <w:keepNext/>
      </w:pPr>
      <w:r>
        <w:t>TIMELINE &amp; LOGISTICS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shd w:fill="5F725C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5F725C"/>
              <w:left w:val="single" w:sz="6" w:color="5F725C"/>
              <w:bottom w:val="single" w:sz="6" w:color="5F725C"/>
              <w:right w:val="single" w:sz="6" w:color="5F725C"/>
              <w:insideH w:val="single" w:sz="6" w:color="5F725C"/>
              <w:insideV w:val="single" w:sz="6" w:color="5F725C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Approx. time</w:t>
            </w:r>
          </w:p>
        </w:tc>
        <w:tc>
          <w:tcPr>
            <w:tcW w:type="dxa" w:w="3389"/>
            <w:shd w:fill="5F725C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5F725C"/>
              <w:left w:val="single" w:sz="6" w:color="5F725C"/>
              <w:bottom w:val="single" w:sz="6" w:color="5F725C"/>
              <w:right w:val="single" w:sz="6" w:color="5F725C"/>
              <w:insideH w:val="single" w:sz="6" w:color="5F725C"/>
              <w:insideV w:val="single" w:sz="6" w:color="5F725C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Activity</w:t>
            </w:r>
          </w:p>
        </w:tc>
        <w:tc>
          <w:tcPr>
            <w:tcW w:type="dxa" w:w="3389"/>
            <w:shd w:fill="5F725C"/>
            <w:tcMar>
              <w:top w:w="100" w:type="dxa"/>
              <w:start w:w="110" w:type="dxa"/>
              <w:bottom w:w="100" w:type="dxa"/>
              <w:end w:w="110" w:type="dxa"/>
            </w:tcMar>
            <w:tcBorders>
              <w:top w:val="single" w:sz="6" w:color="5F725C"/>
              <w:left w:val="single" w:sz="6" w:color="5F725C"/>
              <w:bottom w:val="single" w:sz="6" w:color="5F725C"/>
              <w:right w:val="single" w:sz="6" w:color="5F725C"/>
              <w:insideH w:val="single" w:sz="6" w:color="5F725C"/>
              <w:insideV w:val="single" w:sz="6" w:color="5F725C"/>
            </w:tcBorders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Location / contact person</w:t>
            </w:r>
          </w:p>
        </w:tc>
      </w:tr>
      <w:tr>
        <w:tc>
          <w:tcPr>
            <w:tcW w:type="dxa" w:w="1800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r>
              <w:t xml:space="preserve"> </w:t>
            </w:r>
          </w:p>
        </w:tc>
        <w:tc>
          <w:tcPr>
            <w:tcW w:type="dxa" w:w="3888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r>
              <w:t xml:space="preserve"> </w:t>
            </w:r>
          </w:p>
        </w:tc>
        <w:tc>
          <w:tcPr>
            <w:tcW w:type="dxa" w:w="4176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r>
              <w:t xml:space="preserve"> </w:t>
            </w:r>
          </w:p>
        </w:tc>
        <w:tc>
          <w:tcPr>
            <w:tcW w:type="dxa" w:w="3888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r>
              <w:t xml:space="preserve"> </w:t>
            </w:r>
          </w:p>
        </w:tc>
        <w:tc>
          <w:tcPr>
            <w:tcW w:type="dxa" w:w="4176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r>
              <w:t xml:space="preserve"> </w:t>
            </w:r>
          </w:p>
        </w:tc>
        <w:tc>
          <w:tcPr>
            <w:tcW w:type="dxa" w:w="3888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r>
              <w:t xml:space="preserve"> </w:t>
            </w:r>
          </w:p>
        </w:tc>
        <w:tc>
          <w:tcPr>
            <w:tcW w:type="dxa" w:w="4176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r>
              <w:t xml:space="preserve"> </w:t>
            </w:r>
          </w:p>
        </w:tc>
        <w:tc>
          <w:tcPr>
            <w:tcW w:type="dxa" w:w="3888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r>
              <w:t xml:space="preserve"> </w:t>
            </w:r>
          </w:p>
        </w:tc>
        <w:tc>
          <w:tcPr>
            <w:tcW w:type="dxa" w:w="4176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r>
              <w:t xml:space="preserve"> </w:t>
            </w:r>
          </w:p>
        </w:tc>
        <w:tc>
          <w:tcPr>
            <w:tcW w:type="dxa" w:w="3888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r>
              <w:t xml:space="preserve"> </w:t>
            </w:r>
          </w:p>
        </w:tc>
        <w:tc>
          <w:tcPr>
            <w:tcW w:type="dxa" w:w="4176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r>
              <w:t xml:space="preserve"> </w:t>
            </w:r>
          </w:p>
        </w:tc>
        <w:tc>
          <w:tcPr>
            <w:tcW w:type="dxa" w:w="3888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r>
              <w:t xml:space="preserve"> </w:t>
            </w:r>
          </w:p>
        </w:tc>
        <w:tc>
          <w:tcPr>
            <w:tcW w:type="dxa" w:w="4176"/>
            <w:tcMar>
              <w:top w:w="120" w:type="dxa"/>
              <w:start w:w="110" w:type="dxa"/>
              <w:bottom w:w="120" w:type="dxa"/>
              <w:end w:w="110" w:type="dxa"/>
            </w:tcMar>
            <w:tcBorders>
              <w:top w:val="single" w:sz="6" w:color="D8C8AD"/>
              <w:left w:val="single" w:sz="6" w:color="D8C8AD"/>
              <w:bottom w:val="single" w:sz="6" w:color="D8C8AD"/>
              <w:right w:val="single" w:sz="6" w:color="D8C8AD"/>
              <w:insideH w:val="single" w:sz="6" w:color="D8C8AD"/>
              <w:insideV w:val="single" w:sz="6" w:color="D8C8AD"/>
            </w:tcBorders>
          </w:tcPr>
          <w:p>
            <w:r>
              <w:t xml:space="preserve"> </w:t>
            </w:r>
          </w:p>
        </w:tc>
      </w:tr>
    </w:tbl>
    <w:p>
      <w:pPr>
        <w:pStyle w:val="Heading2"/>
      </w:pPr>
      <w:r>
        <w:t>Vendor coordination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Photographer: ________________________</w:t>
            </w:r>
          </w:p>
        </w:tc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Photographer phone: 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Venue contact: ______________________</w:t>
            </w:r>
          </w:p>
        </w:tc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Officiant: 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Other key contact: __________________</w:t>
            </w:r>
          </w:p>
        </w:tc>
        <w:tc>
          <w:tcPr>
            <w:tcW w:type="dxa" w:w="4925"/>
            <w:tcMar>
              <w:top w:w="20" w:type="dxa"/>
              <w:start w:w="50" w:type="dxa"/>
              <w:bottom w:w="20" w:type="dxa"/>
              <w:end w:w="50" w:type="dxa"/>
            </w:tcMar>
          </w:tcPr>
          <w:p>
            <w:pPr>
              <w:spacing w:after="40"/>
            </w:pPr>
            <w:r>
              <w:rPr>
                <w:sz w:val="18"/>
              </w:rPr>
              <w:t>Other contact phone: __________________</w:t>
            </w:r>
          </w:p>
        </w:tc>
      </w:tr>
    </w:tbl>
    <w:p>
      <w:pPr>
        <w:pStyle w:val="Heading1"/>
        <w:keepNext/>
      </w:pPr>
      <w:r>
        <w:t>ITEMS YOU WILL PROVIDE</w:t>
      </w:r>
    </w:p>
    <w:p>
      <w:pPr>
        <w:spacing w:after="40"/>
        <w:ind w:left="115"/>
      </w:pPr>
      <w:r>
        <w:rPr>
          <w:sz w:val="19"/>
        </w:rPr>
        <w:t>☐  Harness/collar and secure leash</w:t>
      </w:r>
    </w:p>
    <w:p>
      <w:pPr>
        <w:spacing w:after="40"/>
        <w:ind w:left="115"/>
      </w:pPr>
      <w:r>
        <w:rPr>
          <w:sz w:val="19"/>
        </w:rPr>
        <w:t>☐  Food, treats, medications, bowls, and waste bags</w:t>
      </w:r>
    </w:p>
    <w:p>
      <w:pPr>
        <w:spacing w:after="40"/>
        <w:ind w:left="115"/>
      </w:pPr>
      <w:r>
        <w:rPr>
          <w:sz w:val="19"/>
        </w:rPr>
        <w:t>☐  Wedding attire, florals, bandana, sign, or accessories</w:t>
      </w:r>
    </w:p>
    <w:p>
      <w:pPr>
        <w:spacing w:after="40"/>
        <w:ind w:left="115"/>
      </w:pPr>
      <w:r>
        <w:rPr>
          <w:sz w:val="19"/>
        </w:rPr>
        <w:t>☐  Crate, bed, favorite toy, or calming item if needed</w:t>
      </w:r>
    </w:p>
    <w:p>
      <w:pPr>
        <w:spacing w:after="40"/>
        <w:ind w:left="115"/>
      </w:pPr>
      <w:r>
        <w:rPr>
          <w:sz w:val="19"/>
        </w:rPr>
        <w:t>☐  Current vaccination and emergency veterinary information</w:t>
      </w:r>
    </w:p>
    <w:p>
      <w:pPr>
        <w:spacing w:after="40"/>
        <w:ind w:left="115"/>
      </w:pPr>
      <w:r>
        <w:rPr>
          <w:sz w:val="19"/>
        </w:rPr>
        <w:t>☐  Access instructions, keys, parking details, and lodging information</w:t>
      </w:r>
    </w:p>
    <w:p>
      <w:pPr>
        <w:pStyle w:val="Heading1"/>
        <w:keepNext/>
      </w:pPr>
      <w:r>
        <w:t>FINAL NOTES</w:t>
      </w:r>
    </w:p>
    <w:p>
      <w:pPr>
        <w:spacing w:after="20"/>
      </w:pPr>
      <w:r>
        <w:rPr>
          <w:b/>
          <w:sz w:val="18"/>
        </w:rPr>
        <w:t>Anything else I should know to make the experience safe, comfortable, and special for your dog?</w:t>
      </w:r>
    </w:p>
    <w:p>
      <w:pPr>
        <w:spacing w:after="40" w:line="216" w:lineRule="auto"/>
      </w:pPr>
      <w:r>
        <w:rPr>
          <w:color w:val="D8C8AD"/>
        </w:rPr>
        <w:t>____________________________________________________________________________________________________________</w:t>
      </w:r>
    </w:p>
    <w:p>
      <w:pPr>
        <w:spacing w:after="40" w:line="216" w:lineRule="auto"/>
      </w:pPr>
      <w:r>
        <w:rPr>
          <w:color w:val="D8C8AD"/>
        </w:rPr>
        <w:t>____________________________________________________________________________________________________________</w:t>
      </w:r>
    </w:p>
    <w:p>
      <w:pPr>
        <w:spacing w:after="40" w:line="216" w:lineRule="auto"/>
      </w:pPr>
      <w:r>
        <w:rPr>
          <w:color w:val="D8C8AD"/>
        </w:rPr>
        <w:t>____________________________________________________________________________________________________________</w:t>
      </w:r>
    </w:p>
    <w:p>
      <w:pPr>
        <w:spacing w:after="40" w:line="216" w:lineRule="auto"/>
      </w:pPr>
      <w:r>
        <w:rPr>
          <w:color w:val="D8C8AD"/>
        </w:rPr>
        <w:t>____________________________________________________________________________________________________________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1037" w:bottom="893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26B62"/>
        <w:sz w:val="16"/>
      </w:rPr>
      <w:t>Fraser Valley Pet Attendant  |  Personalized wedding-day dog care  |  Serving Grand County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5F725C"/>
        <w:sz w:val="16"/>
      </w:rPr>
      <w:t>FRASER VALLEY PET ATTENDANT  •  GRAND COUNTY, COLORADO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9332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5F725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9332A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Fraser Valley Pet Attendant Wedding Pet Care Service Request Sheet</dc:title>
  <dc:subject>Wedding pet care client intake form</dc:subject>
  <dc:creator>Fraser Valley Pet Attendant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